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שבת – מורשת חיה בשולחן המשפחתי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המנהגים והחפצים של ליל שבת ויום השבת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מורשת מוחשית לבלתי מוחשית בשבת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מנהגי שבת מקהילות שונות בעם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חידון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השביעי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מברכים על יין או מיץ ענבים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כולם מתבשלים לאט ונאכלים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טקס שנפרד מהשבת עם נר, בשמים ויין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תבית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נרות השבת מודלקים בערב שבת לפני השקיעה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הוא נשמר חם לארוחת הצהריים בשבת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לכל קהילה מאכלים ומנהגים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קהילה שרה אותן בניגון משלה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זהו מנהג, כלומר מורשת בלתי מוחשית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קידוש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חלה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טשולנט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קובנה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הבדלה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קהילה לתבשיל או מנהג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(טשולנט)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(דפינה)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(ג׳חנון וקובנה)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(לחם מיוחד ובגדים לבנים)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שאלות פתוחות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מוחשי: נרות, חלות, גביע קידוש, מפה לבנה. בלתי מוחשי: קידוש, זמירות, ברכת הילדים, מנוחה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מאפשר לעצור ממרוץ היומיום, לנוח, להיות עם המשפחה ולחשוב על מה שחשוב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ההורים והסבים העבירו את המנהגים, המאכלים והשירים לדורות הבאים גם כשעברו למקומות חדשים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נכונה לפי הטקסט, למשל טשולנט-אשכנז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מוחשי-רואים/נוגעים, בלתי מוחשי-שירים/מנהגים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אישית מתקבלת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בשאלה מה התלמידים עושים בבית בערב שבת או בסוף שבוע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להביא לכיתה תמונות או חפצים אמיתיים כמו גביע קידוש או מפה לשולחן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סיפורים משפחתיים שונים ולהדגיש שאין תשובה אחת נכונה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שבת – מורשת חיה בשולחן המשפחתי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שבת היא יום מיוחד פעם בשבוע. אוכלים, שרים ונחים יחד במשפחה. בכל קהילה יש מנהגים קצת שונים.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קידוש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שאומרים על יין או מיץ ענבים בתחילת ארוחת 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הבדלה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קצר שנפרדים בו מהשבת עם נר, בשמים ויין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חמין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תבשיל שמתבשל לאט כל הלילה ואוכלים בצהרי 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זמירות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שירי שבת ששרים סביב השולחן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לחם קלוע שבוצעים עליו בשבת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שאפשר לראות או לגעת בהם, כמו נרות או חלות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 בלתי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שלא רואים, כמו שירים או מנהגים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חידון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יום בשבוע זה שבת?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השביעי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אומרים בקידוש?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מדליקים נרות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מברכים על יין או מיץ ענבים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בוצעים חלה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מנקים את הבית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דומה בין שלושת התבשילים האלה?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מטוגנים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מאפים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כולם נאכלים רק בפסח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מתבשלים לאט ונאכלים בשבת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זה הבדלה?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טקס שמקבל את השבת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טקס שנפרד מהשבת עם נר, בשמים ויין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ארוחת הבוקר של שבת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 ערש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איזה תבשיל מבשלים יהודים ממוצא עיראקי?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טשולנט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דפינה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קובנה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נרות השבת מודלקים במוצאי 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החמין מתבשל לאט כל הלילה.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קהילה בעם ישראל אוכלים בדיוק אותם המאכלים בשבת.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זמירות שבת הן שירים ששרים סביב השולחן.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ברכת הילדים היא חפץ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בערב שבת מדליקים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בתחילת ארוחת שבת מברכים על היין בברכת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הלחם הקלוע שבוצעים עליו בשבת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התבשיל שמתבשל כל הלילה אצל משפחות ממוצא אשכנזי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המאפים שאופים בבוקר שבת במטבח התימני הם ג׳חנון ו__________.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הטקס שנפרדים בו מהשבת בסוף היום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קהילה לתבשיל או מנהג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יהדות אשכנז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יהדות מרוקו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ג׳חנון וקובנה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יהדות תימן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לחם מיוחד ובגדים לבנים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יהדות עיראק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טשולנט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ביתא ישראל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דפינה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שאלות 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תנו שתי דוגמאות למורשת מוחשית ושתי דוגמאות למורשת בלתי מוחשית הקשורות לשבת.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למה, לדעתכם, אנשים צריכים יום מנוחה אחד בשבוע?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איך השבת עברה מדור לדור גם כשהמשפחות עברו ממקום למקום?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שם של מאכל שבת אחד ושל קהילה אחת שמכינה אותו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ההבדל בין מורשת מוחשית לבלתי מוחשית בשבת?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מילה אחת שמזכירה לכם שבת או סוף שבוע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שבת – מורשת חיה בשולחן המשפחתי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