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שבת – מורשת חיה בשולחן המשפחתי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המנהגים והחפצים של ליל שבת ויום השבת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 שבת מקהילות שונות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מברכים על יין או מיץ ענבים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כולם מתבשלים לאט ונאכלים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טקס שנפרד מהשבת עם נר, בשמים ויין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נרות השבת מודלקים בערב שבת לפני השקיעה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נשמר חם לארוחת הצהריים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קהילה מאכלים ומנהגים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קהילה שרה אותן בניגון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מנהג, כלומר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טשולנט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הבדלה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קהילה לתבשיל או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(טשולנט)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(ג׳חנון וקובנה)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(לחם מיוחד ובגדים לבנים)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נרות, חלות, גביע קידוש, מפה לבנה. בלתי מוחשי: קידוש, זמירות, ברכת הילדים,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מאפשר לעצור ממרוץ היומיום, לנוח, להיות עם המשפחה ולחשוב על מה שחשוב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ההורים והסבים העבירו את המנהגים, המאכלים והשירים לדורות הבאים גם כשעברו למקומות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לפי הטקסט, למשל טשולנט-אשכנז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מוחשי-רואים/נוגעים, בלתי מוחשי-שירים/מנהגים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 התלמידים עושים בבית בערב שבת או בסוף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לכיתה תמונות או חפצים אמיתיים כמו גביע קידוש או מפה לשולחן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סיפורים משפחתיים שונים ולהדגיש שאין 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שבת – מורשת חיה בשולחן המשפחתי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שבת היא יום מנוחה שחוזר כל שבוע, ובו עוצרים ממרוץ היומיום ונפגשים סביב שולחן משפחתי. בכל קהילה יש לשבת טעם, ריח וצליל קצת אחרים.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יום בשבוע הוא השבת?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בקידוש?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מברכים על יין או מיץ ענבים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בוצעים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מנקים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משותף לטשולנט, לדפינה ולתבית?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מטוגנים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מאפים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נאכלים רק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מתבשלים לאט ונאכלים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הבדלה?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 שמקבל את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 שנפרד מהשבת עם נר, בשמים ויין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ארוחת הבוקר של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תבשיל קשור ליהדות עיראק?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טשולנט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נרות השבת מודלקים במוצאי 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החמין מתבשל לאט כל הלילה.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קהילה בעם ישראל אוכלים בדיוק אותם המאכלים בשבת.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זמירות שבת הן שירים ששרים סביב השולחן.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ברכת הילדים היא חפץ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בערב שבת מדליקים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ארוחת שבת מברכים על היין בברכת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הלחם הקלוע שבוצעים עליו בשבת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התבשיל שמתבשל כל הלילה אצל משפחות ממוצא אשכנזי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המאפים שאופים בבוקר שבת במטבח התימני הם ג׳חנון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הטקס שנפרדים בו מהשבת בסוף היום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קהילה לתבשיל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טשולנט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לחם מיוחד ובגדים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ג׳חנון וקובנה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ושתי דוגמאות למורשת בלתי מוחשית הקשורות לשבת.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אנשים צריכים יום מנוחה אחד בשבוע?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השבת עברה מדור לדור גם כשהמשפחות עברו ממקום למקום?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שבת אחד ושל קהילה אחת שמכינה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מורשת מוחשית לבלתי מוחשית בשבת?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שמזכירה לכם שבת או סוף 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שבת – מורשת חיה בשולחן המשפחתי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